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ADE6" w14:textId="02B01FAB" w:rsidR="006101CF" w:rsidRDefault="006101CF" w:rsidP="00887EBD">
      <w:pPr>
        <w:spacing w:after="0" w:line="240" w:lineRule="auto"/>
        <w:ind w:left="567" w:right="-1"/>
        <w:jc w:val="center"/>
        <w:rPr>
          <w:rFonts w:eastAsia="Calibri" w:cs="Arial"/>
          <w:color w:val="000000"/>
          <w:sz w:val="24"/>
          <w:szCs w:val="24"/>
          <w:u w:color="000000"/>
          <w:lang w:val="el-GR" w:eastAsia="el-GR"/>
        </w:rPr>
      </w:pPr>
      <w:r w:rsidRPr="00887EBD">
        <w:rPr>
          <w:rFonts w:eastAsia="Calibri" w:cs="Arial"/>
          <w:noProof/>
          <w:color w:val="000000"/>
          <w:sz w:val="24"/>
          <w:szCs w:val="24"/>
          <w:u w:color="000000"/>
          <w:lang w:val="el-GR" w:eastAsia="el-GR"/>
        </w:rPr>
        <w:drawing>
          <wp:anchor distT="0" distB="0" distL="114300" distR="114300" simplePos="0" relativeHeight="251658240" behindDoc="1" locked="0" layoutInCell="1" allowOverlap="1" wp14:anchorId="16B68FFF" wp14:editId="27BB10EE">
            <wp:simplePos x="0" y="0"/>
            <wp:positionH relativeFrom="column">
              <wp:posOffset>3100705</wp:posOffset>
            </wp:positionH>
            <wp:positionV relativeFrom="paragraph">
              <wp:posOffset>138</wp:posOffset>
            </wp:positionV>
            <wp:extent cx="389614" cy="351417"/>
            <wp:effectExtent l="0" t="0" r="0" b="0"/>
            <wp:wrapTight wrapText="bothSides">
              <wp:wrapPolygon edited="0">
                <wp:start x="0" y="0"/>
                <wp:lineTo x="0" y="19920"/>
                <wp:lineTo x="20085" y="19920"/>
                <wp:lineTo x="2008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4" cy="35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036074" w14:textId="46A352E6" w:rsidR="00887EBD" w:rsidRPr="00887EBD" w:rsidRDefault="00887EBD" w:rsidP="00887EBD">
      <w:pPr>
        <w:spacing w:after="0" w:line="240" w:lineRule="auto"/>
        <w:ind w:left="567" w:right="-1"/>
        <w:jc w:val="center"/>
        <w:rPr>
          <w:rFonts w:eastAsia="Calibri" w:cs="Arial"/>
          <w:color w:val="000000"/>
          <w:sz w:val="24"/>
          <w:szCs w:val="24"/>
          <w:u w:color="000000"/>
          <w:lang w:val="el-GR" w:eastAsia="el-GR"/>
        </w:rPr>
      </w:pPr>
    </w:p>
    <w:p w14:paraId="119849B0" w14:textId="77777777" w:rsidR="00887EBD" w:rsidRDefault="00887EBD" w:rsidP="006101CF">
      <w:pPr>
        <w:spacing w:before="120" w:after="120" w:line="240" w:lineRule="auto"/>
        <w:ind w:left="567" w:right="-1"/>
        <w:jc w:val="center"/>
        <w:rPr>
          <w:rFonts w:eastAsia="Calibri" w:cs="Arial"/>
          <w:b/>
          <w:color w:val="000000"/>
          <w:sz w:val="24"/>
          <w:szCs w:val="24"/>
          <w:u w:color="000000"/>
          <w:lang w:val="el-GR" w:eastAsia="el-GR"/>
        </w:rPr>
      </w:pPr>
      <w:r w:rsidRPr="00887EBD">
        <w:rPr>
          <w:rFonts w:eastAsia="Calibri" w:cs="Arial"/>
          <w:b/>
          <w:color w:val="000000"/>
          <w:sz w:val="24"/>
          <w:szCs w:val="24"/>
          <w:u w:color="000000"/>
          <w:lang w:val="el-GR" w:eastAsia="el-GR"/>
        </w:rPr>
        <w:t>ΕΛΛΗΝΙΚΗ ΑΕΡΟΠΟΡΙΚΗ ΒΙΟΜΗΧΑΝΙΑ Α.Ε.</w:t>
      </w:r>
    </w:p>
    <w:p w14:paraId="1A4FAF0B" w14:textId="77777777" w:rsidR="00F448CB" w:rsidRDefault="00F448CB" w:rsidP="006101CF">
      <w:pPr>
        <w:spacing w:before="120" w:after="120" w:line="240" w:lineRule="auto"/>
        <w:ind w:left="567" w:right="-1"/>
        <w:jc w:val="center"/>
        <w:rPr>
          <w:rFonts w:eastAsia="Calibri" w:cs="Arial"/>
          <w:b/>
          <w:color w:val="000000"/>
          <w:sz w:val="24"/>
          <w:szCs w:val="24"/>
          <w:u w:color="000000"/>
          <w:lang w:val="el-GR" w:eastAsia="el-GR"/>
        </w:rPr>
      </w:pPr>
      <w:r>
        <w:rPr>
          <w:rFonts w:eastAsia="Calibri" w:cs="Arial"/>
          <w:b/>
          <w:color w:val="000000"/>
          <w:sz w:val="28"/>
          <w:szCs w:val="24"/>
          <w:lang w:val="el-GR" w:eastAsia="el-GR"/>
        </w:rPr>
        <w:t>ΠΡΟΜΗΘΕΙΑ ΚΑΙ ΕΓΚΑΤΑΣΤΑΣΗ ΚΛΙΜΑΤΙΣΤΙΚΩΝ ΜΟΝΑΔΩΝ</w:t>
      </w:r>
    </w:p>
    <w:p w14:paraId="22006515" w14:textId="77777777" w:rsidR="0007776E" w:rsidRPr="00887EBD" w:rsidRDefault="00F448CB" w:rsidP="006101CF">
      <w:pPr>
        <w:spacing w:before="120" w:after="120"/>
        <w:jc w:val="center"/>
        <w:rPr>
          <w:lang w:val="el-GR"/>
        </w:rPr>
      </w:pPr>
      <w:r>
        <w:rPr>
          <w:b/>
          <w:sz w:val="28"/>
          <w:lang w:val="el-GR"/>
        </w:rPr>
        <w:t>ΠΑΡΑΡΤΗΜΑ Β</w:t>
      </w:r>
      <w:r w:rsidR="00887EBD">
        <w:rPr>
          <w:b/>
          <w:sz w:val="28"/>
          <w:lang w:val="el-GR"/>
        </w:rPr>
        <w:t xml:space="preserve"> - </w:t>
      </w:r>
      <w:r w:rsidR="00300091" w:rsidRPr="00887EBD">
        <w:rPr>
          <w:b/>
          <w:sz w:val="28"/>
          <w:lang w:val="el-GR"/>
        </w:rPr>
        <w:t>ΥΠΕΥΘΥΝΗ ΔΗΛΩΣΗ ΚΑΛΗΣ ΕΚΤΕΛΕΣΗΣ ΕΡΓΑΣΙΩΝ</w:t>
      </w:r>
      <w:r w:rsidR="00300091" w:rsidRPr="00887EBD">
        <w:rPr>
          <w:b/>
          <w:sz w:val="28"/>
          <w:lang w:val="el-GR"/>
        </w:rPr>
        <w:br/>
      </w:r>
      <w:r w:rsidR="00300091" w:rsidRPr="00887EBD">
        <w:rPr>
          <w:color w:val="555555"/>
          <w:sz w:val="22"/>
          <w:lang w:val="el-GR"/>
        </w:rPr>
        <w:t>(Π.Δ. 1 / 8 – 1 – 2013)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07776E" w14:paraId="07E8A82A" w14:textId="77777777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0432A2FC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Στοιχεία Εργοδηγού ή Αρχιτεχνίτη Ψυκτικού</w:t>
            </w:r>
            <w:r w:rsidRPr="00887EBD">
              <w:rPr>
                <w:b/>
                <w:lang w:val="el-GR"/>
              </w:rPr>
              <w:br/>
            </w:r>
          </w:p>
          <w:p w14:paraId="25A3548C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Ονοματεπώνυμο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</w:t>
            </w:r>
          </w:p>
          <w:p w14:paraId="05EF3EC7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Διεύθυνση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...............................................................................................................................................</w:t>
            </w:r>
          </w:p>
          <w:p w14:paraId="46480972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Τηλ.....................................................................Κινητό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.....................................................................................</w:t>
            </w:r>
          </w:p>
          <w:p w14:paraId="549F3A3F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Α.Φ.Μ..................................................................Αρ. Άδειας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</w:t>
            </w:r>
          </w:p>
          <w:p w14:paraId="7B8A68F0" w14:textId="77777777" w:rsidR="0007776E" w:rsidRDefault="00300091">
            <w:pPr>
              <w:spacing w:before="40" w:after="40"/>
            </w:pPr>
            <w:r>
              <w:rPr>
                <w:sz w:val="20"/>
              </w:rPr>
              <w:t>Κα</w:t>
            </w:r>
            <w:proofErr w:type="spellStart"/>
            <w:r>
              <w:rPr>
                <w:sz w:val="20"/>
              </w:rPr>
              <w:t>τηγορί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Άδει</w:t>
            </w:r>
            <w:proofErr w:type="spellEnd"/>
            <w:r>
              <w:rPr>
                <w:sz w:val="20"/>
              </w:rPr>
              <w:t>ας..............................................Εκδούσα Αρχή</w:t>
            </w:r>
            <w:r>
              <w:rPr>
                <w:color w:val="7F8C8D"/>
              </w:rPr>
              <w:t>...........................................................................</w:t>
            </w:r>
          </w:p>
        </w:tc>
      </w:tr>
    </w:tbl>
    <w:p w14:paraId="0388192C" w14:textId="77777777" w:rsidR="0007776E" w:rsidRDefault="0007776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07776E" w14:paraId="712666F4" w14:textId="77777777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173A4C28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Στοιχεία ιδιοκτήτη ψυκτικής – κλιματιστικής εγκατάστασης</w:t>
            </w:r>
            <w:r w:rsidRPr="00887EBD">
              <w:rPr>
                <w:b/>
                <w:lang w:val="el-GR"/>
              </w:rPr>
              <w:br/>
            </w:r>
          </w:p>
          <w:p w14:paraId="32886396" w14:textId="77777777" w:rsidR="0007776E" w:rsidRDefault="00300091">
            <w:pPr>
              <w:spacing w:before="40" w:after="40"/>
            </w:pPr>
            <w:r>
              <w:rPr>
                <w:sz w:val="20"/>
              </w:rPr>
              <w:t>Ονοματεπώνυμο</w:t>
            </w:r>
            <w:r>
              <w:rPr>
                <w:color w:val="7F8C8D"/>
              </w:rPr>
              <w:t>..................................................................................................................................</w:t>
            </w:r>
          </w:p>
          <w:p w14:paraId="35614F27" w14:textId="77777777" w:rsidR="0007776E" w:rsidRDefault="00300091">
            <w:pPr>
              <w:spacing w:before="40" w:after="40"/>
            </w:pPr>
            <w:proofErr w:type="spellStart"/>
            <w:r>
              <w:rPr>
                <w:sz w:val="20"/>
              </w:rPr>
              <w:t>Διεύθυνση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7F8C8D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69488C09" w14:textId="77777777" w:rsidR="0007776E" w:rsidRPr="00887EBD" w:rsidRDefault="0007776E">
      <w:pPr>
        <w:spacing w:after="40"/>
        <w:rPr>
          <w:lang w:val="el-G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07776E" w:rsidRPr="006101CF" w14:paraId="7CCA0974" w14:textId="77777777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1F31169B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Στοιχεία του μελετητή (όταν απαιτείται μελέτη)</w:t>
            </w:r>
            <w:r w:rsidRPr="00887EBD">
              <w:rPr>
                <w:b/>
                <w:lang w:val="el-GR"/>
              </w:rPr>
              <w:br/>
            </w:r>
          </w:p>
          <w:p w14:paraId="393CE9E9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 xml:space="preserve">Ονοματεπώνυμο 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</w:t>
            </w:r>
          </w:p>
          <w:p w14:paraId="70E672EC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Διεύθυνση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...............................................................................................................................................</w:t>
            </w:r>
          </w:p>
          <w:p w14:paraId="53D3BB6C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Ειδικότητα......................................................ΑΦΜ.................................................Τηλ</w:t>
            </w:r>
            <w:r w:rsidRPr="00887EBD">
              <w:rPr>
                <w:color w:val="7F8C8D"/>
                <w:lang w:val="el-GR"/>
              </w:rPr>
              <w:t>........................................</w:t>
            </w:r>
          </w:p>
        </w:tc>
      </w:tr>
    </w:tbl>
    <w:p w14:paraId="6DD9A491" w14:textId="77777777" w:rsidR="0007776E" w:rsidRPr="00887EBD" w:rsidRDefault="0007776E">
      <w:pPr>
        <w:spacing w:after="40"/>
        <w:rPr>
          <w:lang w:val="el-G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07776E" w14:paraId="1C34572E" w14:textId="77777777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518B5193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Στοιχεία ψυκτικής ή κλιματιστικής εγκατάστασης</w:t>
            </w:r>
            <w:r w:rsidRPr="00887EBD">
              <w:rPr>
                <w:b/>
                <w:lang w:val="el-GR"/>
              </w:rPr>
              <w:br/>
            </w:r>
          </w:p>
          <w:p w14:paraId="68C55AD4" w14:textId="77777777" w:rsidR="0007776E" w:rsidRDefault="00300091">
            <w:pPr>
              <w:spacing w:before="40" w:after="40"/>
            </w:pPr>
            <w:r>
              <w:rPr>
                <w:sz w:val="20"/>
              </w:rPr>
              <w:t>Διεύθυνση</w:t>
            </w:r>
            <w:r>
              <w:rPr>
                <w:color w:val="7F8C8D"/>
              </w:rPr>
              <w:t>...............................................................................................................................................</w:t>
            </w:r>
          </w:p>
          <w:p w14:paraId="763A5C77" w14:textId="77777777" w:rsidR="0007776E" w:rsidRDefault="00300091">
            <w:pPr>
              <w:spacing w:before="40" w:after="40"/>
            </w:pPr>
            <w:proofErr w:type="spellStart"/>
            <w:r>
              <w:rPr>
                <w:sz w:val="20"/>
              </w:rPr>
              <w:t>Περιγρ</w:t>
            </w:r>
            <w:proofErr w:type="spellEnd"/>
            <w:r>
              <w:rPr>
                <w:sz w:val="20"/>
              </w:rPr>
              <w:t>αφή εγκατάστασης</w:t>
            </w:r>
            <w:r>
              <w:rPr>
                <w:color w:val="7F8C8D"/>
              </w:rPr>
              <w:t>.............................................................................................................................</w:t>
            </w:r>
          </w:p>
          <w:p w14:paraId="37FA3F30" w14:textId="77777777" w:rsidR="0007776E" w:rsidRDefault="00300091">
            <w:pPr>
              <w:spacing w:before="40" w:after="40"/>
            </w:pPr>
            <w:r>
              <w:rPr>
                <w:color w:val="7F8C8D"/>
              </w:rPr>
              <w:t>..............................................................................................................................................................</w:t>
            </w:r>
          </w:p>
          <w:p w14:paraId="1656D4F4" w14:textId="77777777" w:rsidR="0007776E" w:rsidRDefault="00300091">
            <w:pPr>
              <w:spacing w:before="40" w:after="40"/>
            </w:pPr>
            <w:r>
              <w:rPr>
                <w:color w:val="7F8C8D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14:paraId="1F013E94" w14:textId="77777777" w:rsidR="0007776E" w:rsidRDefault="0007776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07776E" w:rsidRPr="00887EBD" w14:paraId="18CA1F6A" w14:textId="77777777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0DCA7675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Υλικά – εξαρτήματα που χρησιμοποιήθηκαν (και όπου απαιτείται, αντίστοιχες προδιαγραφές)</w:t>
            </w:r>
            <w:r w:rsidRPr="00887EBD">
              <w:rPr>
                <w:b/>
                <w:lang w:val="el-GR"/>
              </w:rPr>
              <w:br/>
            </w:r>
          </w:p>
          <w:p w14:paraId="2B2F0CF2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..............................................................................................................................................................</w:t>
            </w:r>
          </w:p>
          <w:p w14:paraId="47105A5C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..............................................................................................................................................................</w:t>
            </w:r>
          </w:p>
          <w:p w14:paraId="596748F9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..............................................................................................................................................................</w:t>
            </w:r>
          </w:p>
          <w:p w14:paraId="6A675238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14:paraId="1D23DCA8" w14:textId="77777777" w:rsidR="00887EBD" w:rsidRDefault="00887EBD" w:rsidP="00887EBD">
      <w:pPr>
        <w:spacing w:before="240" w:after="240"/>
        <w:ind w:right="-403"/>
        <w:rPr>
          <w:b/>
          <w:lang w:val="el-GR"/>
        </w:rPr>
      </w:pPr>
    </w:p>
    <w:p w14:paraId="32B4B275" w14:textId="77777777" w:rsidR="00887EBD" w:rsidRDefault="00887EBD" w:rsidP="00887EBD">
      <w:pPr>
        <w:spacing w:before="240" w:after="240"/>
        <w:ind w:right="-403"/>
        <w:rPr>
          <w:b/>
          <w:lang w:val="el-GR"/>
        </w:rPr>
      </w:pPr>
      <w:r w:rsidRPr="00887EBD">
        <w:rPr>
          <w:b/>
          <w:lang w:val="el-GR"/>
        </w:rPr>
        <w:lastRenderedPageBreak/>
        <w:t>Εγγύηση καλής λειτουργίας..........................</w:t>
      </w:r>
      <w:r>
        <w:rPr>
          <w:b/>
          <w:lang w:val="el-GR"/>
        </w:rPr>
        <w:t xml:space="preserve">........Ασφάλιση Επαγγελματικής </w:t>
      </w:r>
      <w:r w:rsidRPr="00887EBD">
        <w:rPr>
          <w:b/>
          <w:lang w:val="el-GR"/>
        </w:rPr>
        <w:t>Ευθύνης........</w:t>
      </w:r>
      <w:r>
        <w:rPr>
          <w:b/>
          <w:lang w:val="el-GR"/>
        </w:rPr>
        <w:t>.............................</w:t>
      </w:r>
    </w:p>
    <w:p w14:paraId="592F1183" w14:textId="77777777" w:rsidR="0007776E" w:rsidRDefault="00300091">
      <w:pPr>
        <w:spacing w:before="240" w:after="240"/>
        <w:jc w:val="both"/>
        <w:rPr>
          <w:lang w:val="el-GR"/>
        </w:rPr>
      </w:pPr>
      <w:r w:rsidRPr="00887EBD">
        <w:rPr>
          <w:lang w:val="el-GR"/>
        </w:rPr>
        <w:t>Τηρήθηκαν οι κανονισμοί σύμφωνα με τους οποίους έγινε η εγκατάσταση, όπως και οι υποχρεώσεις που απορρέουν από το άρθρο 7 του Π.Δ. 1/2013.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07776E" w:rsidRPr="006101CF" w14:paraId="16E7DECD" w14:textId="77777777">
        <w:trPr>
          <w:jc w:val="center"/>
        </w:trPr>
        <w:tc>
          <w:tcPr>
            <w:tcW w:w="10512" w:type="dxa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7DBFB4B7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Στοιχεία Τιμολογίου Παροχής Υπηρεσιών</w:t>
            </w:r>
            <w:r w:rsidRPr="00887EBD">
              <w:rPr>
                <w:b/>
                <w:lang w:val="el-GR"/>
              </w:rPr>
              <w:br/>
            </w:r>
          </w:p>
          <w:p w14:paraId="3E84C06C" w14:textId="77777777" w:rsidR="00887EBD" w:rsidRDefault="00300091">
            <w:pPr>
              <w:spacing w:before="40" w:after="40"/>
              <w:rPr>
                <w:sz w:val="20"/>
                <w:lang w:val="el-GR"/>
              </w:rPr>
            </w:pPr>
            <w:proofErr w:type="spellStart"/>
            <w:r w:rsidRPr="00887EBD">
              <w:rPr>
                <w:sz w:val="20"/>
                <w:lang w:val="el-GR"/>
              </w:rPr>
              <w:t>Αρ</w:t>
            </w:r>
            <w:proofErr w:type="spellEnd"/>
            <w:r w:rsidRPr="00887EBD">
              <w:rPr>
                <w:sz w:val="20"/>
                <w:lang w:val="el-GR"/>
              </w:rPr>
              <w:t>. Τιμολ.............................</w:t>
            </w:r>
            <w:r w:rsidR="00887EBD" w:rsidRPr="00887EBD">
              <w:rPr>
                <w:sz w:val="20"/>
                <w:lang w:val="el-GR"/>
              </w:rPr>
              <w:t>......................................</w:t>
            </w:r>
            <w:r w:rsidR="00887EBD" w:rsidRPr="00887EBD">
              <w:rPr>
                <w:color w:val="7F8C8D"/>
                <w:lang w:val="el-GR"/>
              </w:rPr>
              <w:t>.................................................................................................</w:t>
            </w:r>
          </w:p>
          <w:p w14:paraId="05D6D777" w14:textId="77777777" w:rsidR="00887EBD" w:rsidRDefault="00300091">
            <w:pPr>
              <w:spacing w:before="40" w:after="40"/>
              <w:rPr>
                <w:sz w:val="20"/>
                <w:lang w:val="el-GR"/>
              </w:rPr>
            </w:pPr>
            <w:proofErr w:type="spellStart"/>
            <w:r w:rsidRPr="00887EBD">
              <w:rPr>
                <w:sz w:val="20"/>
                <w:lang w:val="el-GR"/>
              </w:rPr>
              <w:t>Ημερ</w:t>
            </w:r>
            <w:proofErr w:type="spellEnd"/>
            <w:r w:rsidRPr="00887EBD">
              <w:rPr>
                <w:sz w:val="20"/>
                <w:lang w:val="el-GR"/>
              </w:rPr>
              <w:t>/νια Τιμολ.............................</w:t>
            </w:r>
            <w:r w:rsidR="00887EBD">
              <w:rPr>
                <w:sz w:val="20"/>
                <w:lang w:val="el-GR"/>
              </w:rPr>
              <w:t>.....</w:t>
            </w:r>
            <w:r w:rsidR="00887EBD" w:rsidRPr="00887EBD">
              <w:rPr>
                <w:sz w:val="20"/>
                <w:lang w:val="el-GR"/>
              </w:rPr>
              <w:t>...............................................................................................................................</w:t>
            </w:r>
          </w:p>
          <w:p w14:paraId="1E1496BF" w14:textId="77777777" w:rsidR="0007776E" w:rsidRPr="00887EBD" w:rsidRDefault="00300091" w:rsidP="00887EBD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t>Αξία Τιμ. χωρίς ΦΠΑ</w:t>
            </w:r>
            <w:r w:rsidRPr="00887EBD">
              <w:rPr>
                <w:color w:val="7F8C8D"/>
                <w:lang w:val="el-GR"/>
              </w:rPr>
              <w:t>......................................</w:t>
            </w:r>
            <w:r w:rsidR="00887EBD" w:rsidRPr="00887EBD">
              <w:rPr>
                <w:color w:val="7F8C8D"/>
                <w:lang w:val="el-GR"/>
              </w:rPr>
              <w:t>.........................................................................................................</w:t>
            </w:r>
          </w:p>
        </w:tc>
      </w:tr>
    </w:tbl>
    <w:p w14:paraId="585B27E7" w14:textId="77777777" w:rsidR="0007776E" w:rsidRPr="00887EBD" w:rsidRDefault="0007776E">
      <w:pPr>
        <w:spacing w:after="40"/>
        <w:rPr>
          <w:lang w:val="el-G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07776E" w14:paraId="01666DAF" w14:textId="77777777">
        <w:trPr>
          <w:jc w:val="center"/>
        </w:trPr>
        <w:tc>
          <w:tcPr>
            <w:tcW w:w="10512" w:type="dxa"/>
            <w:gridSpan w:val="2"/>
            <w:tcBorders>
              <w:top w:val="single" w:sz="4" w:space="0" w:color="B2BEC3"/>
              <w:left w:val="single" w:sz="4" w:space="0" w:color="B2BEC3"/>
              <w:bottom w:val="single" w:sz="4" w:space="0" w:color="B2BEC3"/>
              <w:right w:val="single" w:sz="4" w:space="0" w:color="B2BEC3"/>
            </w:tcBorders>
            <w:shd w:val="clear" w:color="auto" w:fill="F8F9FA"/>
          </w:tcPr>
          <w:p w14:paraId="3C16A30F" w14:textId="77777777" w:rsidR="0007776E" w:rsidRPr="00887EBD" w:rsidRDefault="00300091">
            <w:pPr>
              <w:spacing w:before="80" w:after="120"/>
              <w:rPr>
                <w:lang w:val="el-GR"/>
              </w:rPr>
            </w:pPr>
            <w:r w:rsidRPr="00887EBD">
              <w:rPr>
                <w:b/>
                <w:lang w:val="el-GR"/>
              </w:rPr>
              <w:t>Στοιχεία μελών συνεργείου (εάν χρησιμοποιήθηκε)</w:t>
            </w:r>
            <w:r w:rsidRPr="00887EBD">
              <w:rPr>
                <w:b/>
                <w:lang w:val="el-GR"/>
              </w:rPr>
              <w:br/>
            </w:r>
          </w:p>
          <w:p w14:paraId="4B7A3DA1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r w:rsidRPr="00887EBD">
              <w:rPr>
                <w:sz w:val="20"/>
                <w:lang w:val="el-GR"/>
              </w:rPr>
              <w:br/>
            </w:r>
            <w:proofErr w:type="spellStart"/>
            <w:r w:rsidRPr="00887EBD">
              <w:rPr>
                <w:sz w:val="20"/>
                <w:lang w:val="el-GR"/>
              </w:rPr>
              <w:t>Όνομ</w:t>
            </w:r>
            <w:proofErr w:type="spellEnd"/>
            <w:r w:rsidRPr="00887EBD">
              <w:rPr>
                <w:sz w:val="20"/>
                <w:lang w:val="el-GR"/>
              </w:rPr>
              <w:t>/</w:t>
            </w:r>
            <w:proofErr w:type="spellStart"/>
            <w:r w:rsidRPr="00887EBD">
              <w:rPr>
                <w:sz w:val="20"/>
                <w:lang w:val="el-GR"/>
              </w:rPr>
              <w:t>νυμο</w:t>
            </w:r>
            <w:proofErr w:type="spellEnd"/>
            <w:r w:rsidRPr="00887EBD">
              <w:rPr>
                <w:sz w:val="20"/>
                <w:lang w:val="el-GR"/>
              </w:rPr>
              <w:t xml:space="preserve"> </w:t>
            </w:r>
            <w:r w:rsidRPr="00887EBD">
              <w:rPr>
                <w:color w:val="7F8C8D"/>
                <w:lang w:val="el-GR"/>
              </w:rPr>
              <w:t>..................................................................................................................................</w:t>
            </w:r>
            <w:r w:rsidR="00887EBD">
              <w:rPr>
                <w:color w:val="7F8C8D"/>
                <w:lang w:val="el-GR"/>
              </w:rPr>
              <w:t>............................</w:t>
            </w:r>
          </w:p>
          <w:p w14:paraId="2B9B38C2" w14:textId="77777777" w:rsidR="0007776E" w:rsidRPr="00887EBD" w:rsidRDefault="00300091">
            <w:pPr>
              <w:spacing w:before="40" w:after="40"/>
              <w:rPr>
                <w:lang w:val="el-GR"/>
              </w:rPr>
            </w:pPr>
            <w:proofErr w:type="spellStart"/>
            <w:r w:rsidRPr="00887EBD">
              <w:rPr>
                <w:sz w:val="20"/>
                <w:lang w:val="el-GR"/>
              </w:rPr>
              <w:t>Αρ</w:t>
            </w:r>
            <w:proofErr w:type="spellEnd"/>
            <w:r w:rsidRPr="00887EBD">
              <w:rPr>
                <w:sz w:val="20"/>
                <w:lang w:val="el-GR"/>
              </w:rPr>
              <w:t>. Άδειας.....</w:t>
            </w:r>
            <w:r w:rsidR="00887EBD">
              <w:rPr>
                <w:sz w:val="20"/>
                <w:lang w:val="el-GR"/>
              </w:rPr>
              <w:t>................................</w:t>
            </w:r>
            <w:r w:rsidRPr="00887EBD">
              <w:rPr>
                <w:sz w:val="20"/>
                <w:lang w:val="el-GR"/>
              </w:rPr>
              <w:t>..</w:t>
            </w:r>
            <w:proofErr w:type="spellStart"/>
            <w:r w:rsidRPr="00887EBD">
              <w:rPr>
                <w:sz w:val="20"/>
                <w:lang w:val="el-GR"/>
              </w:rPr>
              <w:t>Κατ</w:t>
            </w:r>
            <w:proofErr w:type="spellEnd"/>
            <w:r w:rsidRPr="00887EBD">
              <w:rPr>
                <w:sz w:val="20"/>
                <w:lang w:val="el-GR"/>
              </w:rPr>
              <w:t>. Άδειας..............</w:t>
            </w:r>
            <w:r w:rsidR="00887EBD">
              <w:rPr>
                <w:sz w:val="20"/>
                <w:lang w:val="el-GR"/>
              </w:rPr>
              <w:t>.........</w:t>
            </w:r>
            <w:r w:rsidRPr="00887EBD">
              <w:rPr>
                <w:sz w:val="20"/>
                <w:lang w:val="el-GR"/>
              </w:rPr>
              <w:t>...........</w:t>
            </w:r>
            <w:proofErr w:type="spellStart"/>
            <w:r w:rsidRPr="00887EBD">
              <w:rPr>
                <w:sz w:val="20"/>
                <w:lang w:val="el-GR"/>
              </w:rPr>
              <w:t>Αριθμ</w:t>
            </w:r>
            <w:proofErr w:type="spellEnd"/>
            <w:r w:rsidRPr="00887EBD">
              <w:rPr>
                <w:sz w:val="20"/>
                <w:lang w:val="el-GR"/>
              </w:rPr>
              <w:t>. Ημερομισθίων</w:t>
            </w:r>
            <w:r w:rsidRPr="00887EBD">
              <w:rPr>
                <w:color w:val="7F8C8D"/>
                <w:lang w:val="el-GR"/>
              </w:rPr>
              <w:t>............</w:t>
            </w:r>
            <w:r w:rsidR="00887EBD">
              <w:rPr>
                <w:color w:val="7F8C8D"/>
                <w:lang w:val="el-GR"/>
              </w:rPr>
              <w:t>.........................</w:t>
            </w:r>
            <w:r w:rsidRPr="00887EBD">
              <w:rPr>
                <w:color w:val="7F8C8D"/>
                <w:lang w:val="el-GR"/>
              </w:rPr>
              <w:t>...</w:t>
            </w:r>
          </w:p>
          <w:p w14:paraId="7CDD3A32" w14:textId="77777777" w:rsidR="0007776E" w:rsidRDefault="00300091">
            <w:pPr>
              <w:spacing w:before="40" w:after="40"/>
            </w:pPr>
            <w:r>
              <w:rPr>
                <w:sz w:val="20"/>
              </w:rPr>
              <w:t>2)</w:t>
            </w:r>
            <w:r>
              <w:rPr>
                <w:color w:val="7F8C8D"/>
              </w:rPr>
              <w:t>...................................................................................................................................................</w:t>
            </w:r>
            <w:r w:rsidR="00887EBD">
              <w:rPr>
                <w:color w:val="7F8C8D"/>
                <w:lang w:val="el-GR"/>
              </w:rPr>
              <w:t>......................</w:t>
            </w:r>
            <w:r>
              <w:rPr>
                <w:color w:val="7F8C8D"/>
              </w:rPr>
              <w:t>...</w:t>
            </w:r>
          </w:p>
          <w:p w14:paraId="4E0E9A8E" w14:textId="77777777" w:rsidR="0007776E" w:rsidRDefault="00300091">
            <w:pPr>
              <w:spacing w:before="40" w:after="40"/>
            </w:pPr>
            <w:r>
              <w:rPr>
                <w:sz w:val="20"/>
              </w:rPr>
              <w:t>3)</w:t>
            </w:r>
            <w:r>
              <w:rPr>
                <w:color w:val="7F8C8D"/>
              </w:rPr>
              <w:t>..................................................................................................................................................</w:t>
            </w:r>
            <w:r w:rsidR="00887EBD">
              <w:rPr>
                <w:color w:val="7F8C8D"/>
                <w:lang w:val="el-GR"/>
              </w:rPr>
              <w:t>......................</w:t>
            </w:r>
            <w:r>
              <w:rPr>
                <w:color w:val="7F8C8D"/>
              </w:rPr>
              <w:t>....</w:t>
            </w:r>
          </w:p>
          <w:p w14:paraId="214C264F" w14:textId="77777777" w:rsidR="0007776E" w:rsidRDefault="00300091">
            <w:pPr>
              <w:spacing w:before="40" w:after="40"/>
            </w:pPr>
            <w:r>
              <w:rPr>
                <w:sz w:val="20"/>
              </w:rPr>
              <w:t>4)</w:t>
            </w:r>
            <w:r>
              <w:rPr>
                <w:color w:val="7F8C8D"/>
              </w:rPr>
              <w:t>...................................................................................................................................................</w:t>
            </w:r>
            <w:r w:rsidR="00887EBD">
              <w:rPr>
                <w:color w:val="7F8C8D"/>
                <w:lang w:val="el-GR"/>
              </w:rPr>
              <w:t>.......................</w:t>
            </w:r>
            <w:r>
              <w:rPr>
                <w:color w:val="7F8C8D"/>
              </w:rPr>
              <w:t>...</w:t>
            </w:r>
          </w:p>
        </w:tc>
      </w:tr>
      <w:tr w:rsidR="0007776E" w:rsidRPr="006101CF" w14:paraId="3685A58D" w14:textId="77777777">
        <w:trPr>
          <w:jc w:val="center"/>
        </w:trPr>
        <w:tc>
          <w:tcPr>
            <w:tcW w:w="5256" w:type="dxa"/>
          </w:tcPr>
          <w:p w14:paraId="518A82E7" w14:textId="77777777" w:rsidR="0007776E" w:rsidRDefault="00300091">
            <w:pPr>
              <w:spacing w:before="400"/>
            </w:pPr>
            <w:proofErr w:type="spellStart"/>
            <w:r>
              <w:t>Ημερομηνί</w:t>
            </w:r>
            <w:proofErr w:type="spellEnd"/>
            <w:r>
              <w:t>α......../......./............</w:t>
            </w:r>
          </w:p>
        </w:tc>
        <w:tc>
          <w:tcPr>
            <w:tcW w:w="5256" w:type="dxa"/>
          </w:tcPr>
          <w:p w14:paraId="49CCB7D4" w14:textId="77777777" w:rsidR="00887EBD" w:rsidRDefault="00887EBD">
            <w:pPr>
              <w:spacing w:before="400"/>
              <w:jc w:val="center"/>
              <w:rPr>
                <w:b/>
                <w:lang w:val="el-GR"/>
              </w:rPr>
            </w:pPr>
          </w:p>
          <w:p w14:paraId="4DB51223" w14:textId="77777777" w:rsidR="0007776E" w:rsidRPr="00887EBD" w:rsidRDefault="00300091">
            <w:pPr>
              <w:spacing w:before="400"/>
              <w:jc w:val="center"/>
              <w:rPr>
                <w:lang w:val="el-GR"/>
              </w:rPr>
            </w:pPr>
            <w:r w:rsidRPr="00887EBD">
              <w:rPr>
                <w:b/>
                <w:lang w:val="el-GR"/>
              </w:rPr>
              <w:t>Ο δηλών τεχνικός ψυκτικός</w:t>
            </w:r>
            <w:r w:rsidRPr="00887EBD">
              <w:rPr>
                <w:b/>
                <w:lang w:val="el-GR"/>
              </w:rPr>
              <w:br/>
            </w:r>
            <w:r w:rsidRPr="00887EBD">
              <w:rPr>
                <w:b/>
                <w:lang w:val="el-GR"/>
              </w:rPr>
              <w:br/>
            </w:r>
            <w:r w:rsidRPr="00887EBD">
              <w:rPr>
                <w:b/>
                <w:lang w:val="el-GR"/>
              </w:rPr>
              <w:br/>
            </w:r>
            <w:r w:rsidRPr="00887EBD">
              <w:rPr>
                <w:b/>
                <w:lang w:val="el-GR"/>
              </w:rPr>
              <w:br/>
            </w:r>
            <w:r w:rsidRPr="00887EBD">
              <w:rPr>
                <w:lang w:val="el-GR"/>
              </w:rPr>
              <w:t>........................................................................</w:t>
            </w:r>
            <w:r w:rsidRPr="00887EBD">
              <w:rPr>
                <w:lang w:val="el-GR"/>
              </w:rPr>
              <w:br/>
              <w:t>(Υπογραφή &amp; Σφραγίδα)</w:t>
            </w:r>
          </w:p>
        </w:tc>
      </w:tr>
    </w:tbl>
    <w:p w14:paraId="402CEE16" w14:textId="77777777" w:rsidR="00300091" w:rsidRPr="00887EBD" w:rsidRDefault="00300091">
      <w:pPr>
        <w:rPr>
          <w:lang w:val="el-GR"/>
        </w:rPr>
      </w:pPr>
    </w:p>
    <w:sectPr w:rsidR="00300091" w:rsidRPr="00887EBD" w:rsidSect="00034616">
      <w:footerReference w:type="default" r:id="rId9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E5CA" w14:textId="77777777" w:rsidR="001B361E" w:rsidRDefault="001B361E" w:rsidP="00887EBD">
      <w:pPr>
        <w:spacing w:after="0" w:line="240" w:lineRule="auto"/>
      </w:pPr>
      <w:r>
        <w:separator/>
      </w:r>
    </w:p>
  </w:endnote>
  <w:endnote w:type="continuationSeparator" w:id="0">
    <w:p w14:paraId="7F8BFE8A" w14:textId="77777777" w:rsidR="001B361E" w:rsidRDefault="001B361E" w:rsidP="0088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EE5D" w14:textId="77777777" w:rsidR="00887EBD" w:rsidRDefault="00887EBD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448CB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537F6294" w14:textId="77777777" w:rsidR="00887EBD" w:rsidRDefault="00887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16B5" w14:textId="77777777" w:rsidR="001B361E" w:rsidRDefault="001B361E" w:rsidP="00887EBD">
      <w:pPr>
        <w:spacing w:after="0" w:line="240" w:lineRule="auto"/>
      </w:pPr>
      <w:r>
        <w:separator/>
      </w:r>
    </w:p>
  </w:footnote>
  <w:footnote w:type="continuationSeparator" w:id="0">
    <w:p w14:paraId="62AE859B" w14:textId="77777777" w:rsidR="001B361E" w:rsidRDefault="001B361E" w:rsidP="00887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76E"/>
    <w:rsid w:val="0015074B"/>
    <w:rsid w:val="001B361E"/>
    <w:rsid w:val="00251DA2"/>
    <w:rsid w:val="0029639D"/>
    <w:rsid w:val="00300091"/>
    <w:rsid w:val="00326F90"/>
    <w:rsid w:val="006101CF"/>
    <w:rsid w:val="00887EBD"/>
    <w:rsid w:val="00AA1D8D"/>
    <w:rsid w:val="00B47730"/>
    <w:rsid w:val="00CB0664"/>
    <w:rsid w:val="00F448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2EDDC"/>
  <w14:defaultImageDpi w14:val="300"/>
  <w15:docId w15:val="{3ECA172F-B48C-4D87-A941-906B01EA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C3E5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ECFB8F-BE1A-47D1-BC2A-0184C7D3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>generated by python-docx</dc:description>
  <cp:lastModifiedBy>KARAGANNIS Konstantinos</cp:lastModifiedBy>
  <cp:revision>2</cp:revision>
  <dcterms:created xsi:type="dcterms:W3CDTF">2026-09-09T08:14:00Z</dcterms:created>
  <dcterms:modified xsi:type="dcterms:W3CDTF">2026-09-09T08:14:00Z</dcterms:modified>
  <cp:category/>
</cp:coreProperties>
</file>